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77262" w14:textId="724DFF8D" w:rsidR="00392A10" w:rsidRPr="00392A10" w:rsidRDefault="00392A10" w:rsidP="00392A10">
      <w:pPr>
        <w:spacing w:after="0" w:line="240" w:lineRule="auto"/>
        <w:jc w:val="center"/>
        <w:rPr>
          <w:rFonts w:ascii="Aptos" w:eastAsia="Times New Roman" w:hAnsi="Aptos" w:cs="Aptos"/>
          <w:sz w:val="24"/>
          <w:szCs w:val="24"/>
        </w:rPr>
      </w:pPr>
      <w:r w:rsidRPr="00392A10">
        <w:rPr>
          <w:rFonts w:ascii="Aptos" w:eastAsia="Times New Roman" w:hAnsi="Aptos" w:cs="Aptos"/>
          <w:sz w:val="24"/>
          <w:szCs w:val="24"/>
        </w:rPr>
        <w:fldChar w:fldCharType="begin"/>
      </w:r>
      <w:r w:rsidRPr="00392A10">
        <w:rPr>
          <w:rFonts w:ascii="Aptos" w:eastAsia="Times New Roman" w:hAnsi="Aptos" w:cs="Aptos"/>
          <w:sz w:val="24"/>
          <w:szCs w:val="24"/>
        </w:rPr>
        <w:instrText xml:space="preserve"> INCLUDEPICTURE "cid:f103ea7d-18a6-40a7-aba8-0370f4abb9bb@namprd05.prod.outlook.com" \* MERGEFORMATINET </w:instrText>
      </w:r>
      <w:r w:rsidRPr="00392A10">
        <w:rPr>
          <w:rFonts w:ascii="Aptos" w:eastAsia="Times New Roman" w:hAnsi="Aptos" w:cs="Aptos"/>
          <w:sz w:val="24"/>
          <w:szCs w:val="24"/>
        </w:rPr>
        <w:fldChar w:fldCharType="separate"/>
      </w:r>
      <w:r>
        <w:rPr>
          <w:rFonts w:ascii="Aptos" w:eastAsia="Times New Roman" w:hAnsi="Aptos" w:cs="Aptos"/>
          <w:sz w:val="24"/>
          <w:szCs w:val="24"/>
        </w:rPr>
        <w:fldChar w:fldCharType="begin"/>
      </w:r>
      <w:r>
        <w:rPr>
          <w:rFonts w:ascii="Aptos" w:eastAsia="Times New Roman" w:hAnsi="Aptos" w:cs="Aptos"/>
          <w:sz w:val="24"/>
          <w:szCs w:val="24"/>
        </w:rPr>
        <w:instrText xml:space="preserve"> INCLUDEPICTURE  "cid:f103ea7d-18a6-40a7-aba8-0370f4abb9bb@namprd05.prod.outlook.com" \* MERGEFORMATINET </w:instrText>
      </w:r>
      <w:r>
        <w:rPr>
          <w:rFonts w:ascii="Aptos" w:eastAsia="Times New Roman" w:hAnsi="Aptos" w:cs="Aptos"/>
          <w:sz w:val="24"/>
          <w:szCs w:val="24"/>
        </w:rPr>
        <w:fldChar w:fldCharType="separate"/>
      </w:r>
      <w:r w:rsidR="00000000">
        <w:rPr>
          <w:rFonts w:ascii="Aptos" w:eastAsia="Times New Roman" w:hAnsi="Aptos" w:cs="Aptos"/>
          <w:sz w:val="24"/>
          <w:szCs w:val="24"/>
        </w:rPr>
        <w:fldChar w:fldCharType="begin"/>
      </w:r>
      <w:r w:rsidR="00000000">
        <w:rPr>
          <w:rFonts w:ascii="Aptos" w:eastAsia="Times New Roman" w:hAnsi="Aptos" w:cs="Aptos"/>
          <w:sz w:val="24"/>
          <w:szCs w:val="24"/>
        </w:rPr>
        <w:instrText xml:space="preserve"> INCLUDEPICTURE  "cid:f103ea7d-18a6-40a7-aba8-0370f4abb9bb@namprd05.prod.outlook.com" \* MERGEFORMATINET </w:instrText>
      </w:r>
      <w:r w:rsidR="00000000">
        <w:rPr>
          <w:rFonts w:ascii="Aptos" w:eastAsia="Times New Roman" w:hAnsi="Aptos" w:cs="Aptos"/>
          <w:sz w:val="24"/>
          <w:szCs w:val="24"/>
        </w:rPr>
        <w:fldChar w:fldCharType="separate"/>
      </w:r>
      <w:r w:rsidR="008821AD">
        <w:rPr>
          <w:rFonts w:ascii="Aptos" w:eastAsia="Times New Roman" w:hAnsi="Aptos" w:cs="Aptos"/>
          <w:sz w:val="24"/>
          <w:szCs w:val="24"/>
        </w:rPr>
        <w:pict w14:anchorId="6D026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.75pt;height:192.75pt">
            <v:imagedata r:id="rId6" r:href="rId7"/>
          </v:shape>
        </w:pict>
      </w:r>
      <w:r w:rsidR="00000000">
        <w:rPr>
          <w:rFonts w:ascii="Aptos" w:eastAsia="Times New Roman" w:hAnsi="Aptos" w:cs="Aptos"/>
          <w:sz w:val="24"/>
          <w:szCs w:val="24"/>
        </w:rPr>
        <w:fldChar w:fldCharType="end"/>
      </w:r>
      <w:r>
        <w:rPr>
          <w:rFonts w:ascii="Aptos" w:eastAsia="Times New Roman" w:hAnsi="Aptos" w:cs="Aptos"/>
          <w:sz w:val="24"/>
          <w:szCs w:val="24"/>
        </w:rPr>
        <w:fldChar w:fldCharType="end"/>
      </w:r>
      <w:r w:rsidRPr="00392A10">
        <w:rPr>
          <w:rFonts w:ascii="Aptos" w:eastAsia="Times New Roman" w:hAnsi="Aptos" w:cs="Aptos"/>
          <w:sz w:val="24"/>
          <w:szCs w:val="24"/>
        </w:rPr>
        <w:fldChar w:fldCharType="end"/>
      </w:r>
    </w:p>
    <w:p w14:paraId="0BAF61E6" w14:textId="77777777" w:rsidR="00392A10" w:rsidRDefault="00392A10" w:rsidP="00392A10">
      <w:pPr>
        <w:rPr>
          <w:b/>
          <w:sz w:val="36"/>
        </w:rPr>
      </w:pPr>
    </w:p>
    <w:p w14:paraId="6B08F92A" w14:textId="32413C34" w:rsidR="00C11E09" w:rsidRDefault="00000000">
      <w:pPr>
        <w:jc w:val="center"/>
      </w:pPr>
      <w:r>
        <w:rPr>
          <w:b/>
          <w:sz w:val="36"/>
        </w:rPr>
        <w:t>TREE SPONSOR REGISTRATION FORM</w:t>
      </w:r>
    </w:p>
    <w:p w14:paraId="524BB824" w14:textId="3CC53CF4" w:rsidR="00C11E09" w:rsidRDefault="00000000">
      <w:pPr>
        <w:jc w:val="center"/>
      </w:pPr>
      <w:r>
        <w:t>Registration Deadline: Friday, October 31, 202</w:t>
      </w:r>
      <w:r w:rsidR="005F39F8">
        <w:t>6</w:t>
      </w:r>
      <w:r>
        <w:br/>
        <w:t>Tree</w:t>
      </w:r>
      <w:r w:rsidR="005F39F8">
        <w:t>/Basket</w:t>
      </w:r>
      <w:r>
        <w:t xml:space="preserve"> Setup: </w:t>
      </w:r>
      <w:r>
        <w:br/>
        <w:t>Festival: Nov. 28 – Dec. 1</w:t>
      </w:r>
      <w:r w:rsidR="005F39F8">
        <w:t>2</w:t>
      </w:r>
      <w:r>
        <w:t>, 202</w:t>
      </w:r>
      <w:r w:rsidR="005F39F8">
        <w:t>6</w:t>
      </w:r>
      <w:r>
        <w:br/>
        <w:t xml:space="preserve">Contact: </w:t>
      </w:r>
      <w:r w:rsidR="005F39F8">
        <w:t xml:space="preserve">Janet Seredejko </w:t>
      </w:r>
      <w:hyperlink r:id="rId8" w:history="1">
        <w:r w:rsidR="005F39F8" w:rsidRPr="00535CA0">
          <w:rPr>
            <w:rStyle w:val="Hyperlink"/>
          </w:rPr>
          <w:t>mijen01@comcast.net</w:t>
        </w:r>
      </w:hyperlink>
      <w:r w:rsidR="005F39F8">
        <w:t xml:space="preserve"> or Sharon Cross </w:t>
      </w:r>
      <w:hyperlink r:id="rId9" w:history="1">
        <w:r w:rsidR="005F39F8" w:rsidRPr="00535CA0">
          <w:rPr>
            <w:rStyle w:val="Hyperlink"/>
          </w:rPr>
          <w:t>scross@whai.com</w:t>
        </w:r>
      </w:hyperlink>
      <w:r w:rsidR="005F39F8">
        <w:tab/>
      </w:r>
    </w:p>
    <w:p w14:paraId="3DE42EE5" w14:textId="77777777" w:rsidR="00C11E09" w:rsidRDefault="00000000">
      <w:pPr>
        <w:pStyle w:val="Heading2"/>
      </w:pPr>
      <w:r>
        <w:t>Sponsor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56"/>
        <w:gridCol w:w="5256"/>
      </w:tblGrid>
      <w:tr w:rsidR="00C11E09" w14:paraId="449E8726" w14:textId="77777777">
        <w:trPr>
          <w:jc w:val="center"/>
        </w:trPr>
        <w:tc>
          <w:tcPr>
            <w:tcW w:w="5256" w:type="dxa"/>
          </w:tcPr>
          <w:p w14:paraId="75E7DDA8" w14:textId="77777777" w:rsidR="00C11E09" w:rsidRDefault="00000000">
            <w:r>
              <w:t>Organization / Sponsor</w:t>
            </w:r>
          </w:p>
        </w:tc>
        <w:tc>
          <w:tcPr>
            <w:tcW w:w="5256" w:type="dxa"/>
          </w:tcPr>
          <w:p w14:paraId="5B2F6765" w14:textId="77777777" w:rsidR="00C11E09" w:rsidRDefault="00C11E09"/>
        </w:tc>
      </w:tr>
      <w:tr w:rsidR="00C11E09" w14:paraId="130BB6D4" w14:textId="77777777">
        <w:trPr>
          <w:jc w:val="center"/>
        </w:trPr>
        <w:tc>
          <w:tcPr>
            <w:tcW w:w="5256" w:type="dxa"/>
          </w:tcPr>
          <w:p w14:paraId="10B3A781" w14:textId="77777777" w:rsidR="00C11E09" w:rsidRDefault="00000000">
            <w:r>
              <w:t>Email</w:t>
            </w:r>
          </w:p>
        </w:tc>
        <w:tc>
          <w:tcPr>
            <w:tcW w:w="5256" w:type="dxa"/>
          </w:tcPr>
          <w:p w14:paraId="572DCC84" w14:textId="77777777" w:rsidR="00C11E09" w:rsidRDefault="00C11E09"/>
        </w:tc>
      </w:tr>
      <w:tr w:rsidR="00C11E09" w14:paraId="214665B6" w14:textId="77777777">
        <w:trPr>
          <w:jc w:val="center"/>
        </w:trPr>
        <w:tc>
          <w:tcPr>
            <w:tcW w:w="5256" w:type="dxa"/>
          </w:tcPr>
          <w:p w14:paraId="43719272" w14:textId="174ACDB4" w:rsidR="00C11E09" w:rsidRDefault="00000000">
            <w:r>
              <w:t>Tree</w:t>
            </w:r>
            <w:r w:rsidR="007E66D1">
              <w:t>/ Basket Title</w:t>
            </w:r>
          </w:p>
        </w:tc>
        <w:tc>
          <w:tcPr>
            <w:tcW w:w="5256" w:type="dxa"/>
          </w:tcPr>
          <w:p w14:paraId="770BF86D" w14:textId="77777777" w:rsidR="00C11E09" w:rsidRDefault="00C11E09"/>
        </w:tc>
      </w:tr>
      <w:tr w:rsidR="00C11E09" w14:paraId="28611C99" w14:textId="77777777">
        <w:trPr>
          <w:jc w:val="center"/>
        </w:trPr>
        <w:tc>
          <w:tcPr>
            <w:tcW w:w="5256" w:type="dxa"/>
          </w:tcPr>
          <w:p w14:paraId="24B8B130" w14:textId="77777777" w:rsidR="00C11E09" w:rsidRDefault="00000000">
            <w:r>
              <w:t>Contact Person</w:t>
            </w:r>
          </w:p>
        </w:tc>
        <w:tc>
          <w:tcPr>
            <w:tcW w:w="5256" w:type="dxa"/>
          </w:tcPr>
          <w:p w14:paraId="5C724F82" w14:textId="77777777" w:rsidR="00C11E09" w:rsidRDefault="00C11E09"/>
        </w:tc>
      </w:tr>
      <w:tr w:rsidR="00C11E09" w14:paraId="6810837D" w14:textId="77777777">
        <w:trPr>
          <w:jc w:val="center"/>
        </w:trPr>
        <w:tc>
          <w:tcPr>
            <w:tcW w:w="5256" w:type="dxa"/>
          </w:tcPr>
          <w:p w14:paraId="3092E26A" w14:textId="77777777" w:rsidR="00C11E09" w:rsidRDefault="00000000">
            <w:r>
              <w:t>Cell Phone</w:t>
            </w:r>
          </w:p>
        </w:tc>
        <w:tc>
          <w:tcPr>
            <w:tcW w:w="5256" w:type="dxa"/>
          </w:tcPr>
          <w:p w14:paraId="0E04C544" w14:textId="77777777" w:rsidR="00C11E09" w:rsidRDefault="00C11E09"/>
        </w:tc>
      </w:tr>
      <w:tr w:rsidR="00C11E09" w14:paraId="6CE54C39" w14:textId="77777777">
        <w:trPr>
          <w:jc w:val="center"/>
        </w:trPr>
        <w:tc>
          <w:tcPr>
            <w:tcW w:w="5256" w:type="dxa"/>
          </w:tcPr>
          <w:p w14:paraId="5C913EAE" w14:textId="77777777" w:rsidR="00C11E09" w:rsidRDefault="00000000">
            <w:r>
              <w:t>Business Phone</w:t>
            </w:r>
          </w:p>
        </w:tc>
        <w:tc>
          <w:tcPr>
            <w:tcW w:w="5256" w:type="dxa"/>
          </w:tcPr>
          <w:p w14:paraId="4B1E851B" w14:textId="77777777" w:rsidR="00C11E09" w:rsidRDefault="00C11E09"/>
        </w:tc>
      </w:tr>
      <w:tr w:rsidR="00C11E09" w14:paraId="120AF6FC" w14:textId="77777777">
        <w:trPr>
          <w:jc w:val="center"/>
        </w:trPr>
        <w:tc>
          <w:tcPr>
            <w:tcW w:w="5256" w:type="dxa"/>
          </w:tcPr>
          <w:p w14:paraId="33AA2ABB" w14:textId="77777777" w:rsidR="00C11E09" w:rsidRDefault="00000000">
            <w:r>
              <w:t>May We Text You?</w:t>
            </w:r>
          </w:p>
        </w:tc>
        <w:tc>
          <w:tcPr>
            <w:tcW w:w="5256" w:type="dxa"/>
          </w:tcPr>
          <w:p w14:paraId="223623DF" w14:textId="77777777" w:rsidR="00C11E09" w:rsidRDefault="00C11E09"/>
        </w:tc>
      </w:tr>
      <w:tr w:rsidR="00C11E09" w14:paraId="3B7419AE" w14:textId="77777777">
        <w:trPr>
          <w:jc w:val="center"/>
        </w:trPr>
        <w:tc>
          <w:tcPr>
            <w:tcW w:w="5256" w:type="dxa"/>
          </w:tcPr>
          <w:p w14:paraId="49B1D446" w14:textId="77777777" w:rsidR="00C11E09" w:rsidRDefault="00000000">
            <w:r>
              <w:t>Date</w:t>
            </w:r>
          </w:p>
        </w:tc>
        <w:tc>
          <w:tcPr>
            <w:tcW w:w="5256" w:type="dxa"/>
          </w:tcPr>
          <w:p w14:paraId="46295A25" w14:textId="77777777" w:rsidR="00C11E09" w:rsidRDefault="00C11E09"/>
        </w:tc>
      </w:tr>
    </w:tbl>
    <w:p w14:paraId="7009F2B0" w14:textId="77777777" w:rsidR="00C11E09" w:rsidRDefault="00000000">
      <w:pPr>
        <w:pStyle w:val="Heading2"/>
      </w:pPr>
      <w:r>
        <w:t>Tree Information</w:t>
      </w:r>
    </w:p>
    <w:p w14:paraId="48B038E8" w14:textId="77777777" w:rsidR="00C11E09" w:rsidRDefault="00000000">
      <w:r>
        <w:rPr>
          <w:b/>
        </w:rPr>
        <w:t xml:space="preserve">Tree Height: </w:t>
      </w:r>
      <w:r>
        <w:t>☐ Tabletop (4' or under)   ☐ 5'  ☐ 6'  ☐ 6.5'  ☐ 7'  ☐ 7.5'  ☐ 8'  ☐ 8.5'  ☐ 9'  ☐ 9.5'  ☐ 10'  ☐ Other ________</w:t>
      </w:r>
    </w:p>
    <w:p w14:paraId="2B83F692" w14:textId="77777777" w:rsidR="00C11E09" w:rsidRDefault="00000000">
      <w:r>
        <w:t>☐ I will provide a tree skirt.</w:t>
      </w:r>
    </w:p>
    <w:p w14:paraId="00971429" w14:textId="77777777" w:rsidR="00C11E09" w:rsidRDefault="00000000">
      <w:r>
        <w:t>☐ I understand I must provide a TREE BAG for the winner.</w:t>
      </w:r>
    </w:p>
    <w:p w14:paraId="3EED298F" w14:textId="77777777" w:rsidR="00C11E09" w:rsidRDefault="00000000">
      <w:pPr>
        <w:pStyle w:val="Heading2"/>
      </w:pPr>
      <w:r>
        <w:t>Setup Appointment</w:t>
      </w:r>
    </w:p>
    <w:p w14:paraId="2B60236D" w14:textId="77777777" w:rsidR="00C11E09" w:rsidRDefault="00000000">
      <w:r>
        <w:t>Preferred setup time:</w:t>
      </w:r>
    </w:p>
    <w:p w14:paraId="223BCEB0" w14:textId="77777777" w:rsidR="00C11E09" w:rsidRDefault="00000000">
      <w:r>
        <w:t>☐ 9:00–10:00 AM   ☐ 10:00–11:00 AM   ☐ 12:00–1:00 PM   ☐ 1:00–2:00 PM   ☐ 2:00–3:00 PM</w:t>
      </w:r>
    </w:p>
    <w:p w14:paraId="6B74F15A" w14:textId="77777777" w:rsidR="00C11E09" w:rsidRDefault="00000000">
      <w:pPr>
        <w:pStyle w:val="Heading2"/>
      </w:pPr>
      <w:r>
        <w:t>Gift Information</w:t>
      </w:r>
    </w:p>
    <w:p w14:paraId="005C0B7A" w14:textId="77777777" w:rsidR="00C11E09" w:rsidRDefault="00000000">
      <w:r>
        <w:t>Will your tree include gift cards, gift certificates, or wrapped gifts?</w:t>
      </w:r>
    </w:p>
    <w:p w14:paraId="6630EB82" w14:textId="77777777" w:rsidR="00C11E09" w:rsidRDefault="00000000">
      <w:r>
        <w:lastRenderedPageBreak/>
        <w:t>☐ Yes – I will email a detailed gift list.</w:t>
      </w:r>
      <w:r>
        <w:br/>
        <w:t>☐ No – Everything is on the tree.</w:t>
      </w:r>
      <w:r>
        <w:br/>
        <w:t>☐ No – No gift cards/certificates.</w:t>
      </w:r>
      <w:r>
        <w:br/>
        <w:t>☐ Yes – Wrapped gifts included; I will email a gift list.</w:t>
      </w:r>
    </w:p>
    <w:p w14:paraId="7DC7D029" w14:textId="77777777" w:rsidR="00C11E09" w:rsidRDefault="00000000">
      <w:r>
        <w:t>Gift List / Notes:</w:t>
      </w:r>
    </w:p>
    <w:p w14:paraId="7589BFBC" w14:textId="77777777" w:rsidR="00C11E09" w:rsidRDefault="00000000">
      <w:r>
        <w:t>__________________________________________________________________________________________</w:t>
      </w:r>
    </w:p>
    <w:p w14:paraId="408D7F77" w14:textId="77777777" w:rsidR="00C11E09" w:rsidRDefault="00000000">
      <w:r>
        <w:t>__________________________________________________________________________________________</w:t>
      </w:r>
    </w:p>
    <w:p w14:paraId="699213A4" w14:textId="4B55ED98" w:rsidR="00C11E09" w:rsidRDefault="00000000" w:rsidP="00392A10">
      <w:r>
        <w:t>__________________________________________________________________________________________</w:t>
      </w:r>
    </w:p>
    <w:p w14:paraId="2BC3B2B3" w14:textId="77777777" w:rsidR="00392A10" w:rsidRDefault="00392A10" w:rsidP="00392A10"/>
    <w:p w14:paraId="5198C4F0" w14:textId="77777777" w:rsidR="00392A10" w:rsidRDefault="00392A10"/>
    <w:p w14:paraId="5EFBB954" w14:textId="77777777" w:rsidR="00392A10" w:rsidRDefault="00392A10" w:rsidP="00392A10">
      <w:pPr>
        <w:pStyle w:val="Heading1"/>
      </w:pPr>
      <w:r>
        <w:t>Sponsor Guidelines</w:t>
      </w:r>
    </w:p>
    <w:p w14:paraId="7A01B037" w14:textId="77777777" w:rsidR="00392A10" w:rsidRDefault="00392A10" w:rsidP="00392A10">
      <w:pPr>
        <w:pStyle w:val="ListBullet"/>
      </w:pPr>
      <w:r>
        <w:t>Brand NEW artificial tree (in the box).</w:t>
      </w:r>
    </w:p>
    <w:p w14:paraId="2DD232FB" w14:textId="77777777" w:rsidR="00392A10" w:rsidRDefault="00392A10" w:rsidP="00392A10">
      <w:pPr>
        <w:pStyle w:val="ListBullet"/>
      </w:pPr>
      <w:r>
        <w:t>Tabletop space is limited.</w:t>
      </w:r>
    </w:p>
    <w:p w14:paraId="73FA8A8B" w14:textId="77777777" w:rsidR="00392A10" w:rsidRDefault="00392A10" w:rsidP="00392A10">
      <w:pPr>
        <w:pStyle w:val="ListBullet"/>
      </w:pPr>
      <w:r>
        <w:t>Include a tree skirt.</w:t>
      </w:r>
    </w:p>
    <w:p w14:paraId="6DA1DBA6" w14:textId="77777777" w:rsidR="00392A10" w:rsidRDefault="00392A10" w:rsidP="00392A10">
      <w:pPr>
        <w:pStyle w:val="ListBullet"/>
      </w:pPr>
      <w:r>
        <w:t>Bring any setup supplies you need.</w:t>
      </w:r>
    </w:p>
    <w:p w14:paraId="75745188" w14:textId="77777777" w:rsidR="00392A10" w:rsidRDefault="00392A10" w:rsidP="00392A10">
      <w:pPr>
        <w:pStyle w:val="ListBullet"/>
      </w:pPr>
      <w:r>
        <w:t>Provide a tree bag for the winner.</w:t>
      </w:r>
    </w:p>
    <w:p w14:paraId="0A68D3B5" w14:textId="77777777" w:rsidR="00392A10" w:rsidRDefault="00392A10" w:rsidP="00392A10">
      <w:pPr>
        <w:pStyle w:val="ListBullet"/>
      </w:pPr>
      <w:r>
        <w:t>No perishable items on or under the tree.</w:t>
      </w:r>
    </w:p>
    <w:p w14:paraId="728E7F9F" w14:textId="77777777" w:rsidR="00392A10" w:rsidRDefault="00392A10" w:rsidP="00392A10">
      <w:pPr>
        <w:pStyle w:val="ListBullet"/>
      </w:pPr>
      <w:r>
        <w:t>Provide a complete gift list (including gift cards/certificates) if applicable.</w:t>
      </w:r>
    </w:p>
    <w:p w14:paraId="5FC2F1CB" w14:textId="77777777" w:rsidR="00392A10" w:rsidRDefault="00392A10" w:rsidP="00392A10">
      <w:pPr>
        <w:pStyle w:val="ListBullet"/>
      </w:pPr>
      <w:r>
        <w:t>All items displayed with the tree go home with the winning ticket holder.</w:t>
      </w:r>
    </w:p>
    <w:p w14:paraId="54C2DC7A" w14:textId="675C385C" w:rsidR="00392A10" w:rsidRDefault="00392A10" w:rsidP="00392A10">
      <w:r>
        <w:rPr>
          <w:b/>
          <w:color w:val="006633"/>
        </w:rPr>
        <w:br/>
        <w:t>Thank you for supporting the Light Up the Fairgrounds &amp; Magical Forest!</w:t>
      </w:r>
    </w:p>
    <w:p w14:paraId="1204D8BE" w14:textId="77777777" w:rsidR="00392A10" w:rsidRDefault="00392A10"/>
    <w:p w14:paraId="717B3D6F" w14:textId="403BE930" w:rsidR="00C11E09" w:rsidRDefault="00C11E09"/>
    <w:sectPr w:rsidR="00C11E09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74E638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523978">
    <w:abstractNumId w:val="8"/>
  </w:num>
  <w:num w:numId="2" w16cid:durableId="886651249">
    <w:abstractNumId w:val="6"/>
  </w:num>
  <w:num w:numId="3" w16cid:durableId="2048214063">
    <w:abstractNumId w:val="5"/>
  </w:num>
  <w:num w:numId="4" w16cid:durableId="875243041">
    <w:abstractNumId w:val="4"/>
  </w:num>
  <w:num w:numId="5" w16cid:durableId="2042978192">
    <w:abstractNumId w:val="7"/>
  </w:num>
  <w:num w:numId="6" w16cid:durableId="1573273334">
    <w:abstractNumId w:val="3"/>
  </w:num>
  <w:num w:numId="7" w16cid:durableId="1186137193">
    <w:abstractNumId w:val="2"/>
  </w:num>
  <w:num w:numId="8" w16cid:durableId="31157323">
    <w:abstractNumId w:val="1"/>
  </w:num>
  <w:num w:numId="9" w16cid:durableId="101535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2A10"/>
    <w:rsid w:val="003D388B"/>
    <w:rsid w:val="005F39F8"/>
    <w:rsid w:val="007E66D1"/>
    <w:rsid w:val="008821AD"/>
    <w:rsid w:val="00A5263D"/>
    <w:rsid w:val="00A972A0"/>
    <w:rsid w:val="00AA1D8D"/>
    <w:rsid w:val="00B47730"/>
    <w:rsid w:val="00C11E09"/>
    <w:rsid w:val="00CB0664"/>
    <w:rsid w:val="00F052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FB3A0E"/>
  <w14:defaultImageDpi w14:val="300"/>
  <w15:docId w15:val="{ACF7DDEB-B5A8-4DAC-B8CB-F6D64B2C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F39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jen01@comcast.net" TargetMode="External"/><Relationship Id="rId3" Type="http://schemas.openxmlformats.org/officeDocument/2006/relationships/styles" Target="styles.xml"/><Relationship Id="rId7" Type="http://schemas.openxmlformats.org/officeDocument/2006/relationships/image" Target="cid:f103ea7d-18a6-40a7-aba8-0370f4abb9bb@namprd05.prod.outlook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ross@wha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Sharon Cross</cp:lastModifiedBy>
  <cp:revision>6</cp:revision>
  <dcterms:created xsi:type="dcterms:W3CDTF">2013-12-23T23:15:00Z</dcterms:created>
  <dcterms:modified xsi:type="dcterms:W3CDTF">2026-09-01T14:08:00Z</dcterms:modified>
  <cp:category/>
</cp:coreProperties>
</file>